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B2587" w14:textId="77777777" w:rsidR="00F21896" w:rsidRDefault="00000000">
      <w:r>
        <w:rPr>
          <w:i/>
        </w:rPr>
        <w:t>Annex to Ordinance No. 95/2025 of the Rector of Bialystok University of Technology</w:t>
      </w:r>
    </w:p>
    <w:p w14:paraId="7CFB6489" w14:textId="77777777" w:rsidR="00F21896" w:rsidRDefault="00000000">
      <w:r>
        <w:rPr>
          <w:i/>
        </w:rPr>
        <w:t>I hereby declare that during the preparation of the thesis entitled …………………………….. authored by ……………… (name and surname):</w:t>
      </w:r>
    </w:p>
    <w:p w14:paraId="534CDA53" w14:textId="77777777" w:rsidR="00F21896" w:rsidRDefault="00000000">
      <w:r>
        <w:rPr>
          <w:i/>
        </w:rPr>
        <w:t>no part of my work has been generated by generative artificial intelligence (GenAI) tools.</w:t>
      </w:r>
    </w:p>
    <w:p w14:paraId="4660740D" w14:textId="77777777" w:rsidR="00F21896" w:rsidRDefault="00000000">
      <w:r>
        <w:rPr>
          <w:i/>
        </w:rPr>
        <w:t>all content generated using GenAI tools has been verified by me and subjected to critical evaluation.</w:t>
      </w:r>
    </w:p>
    <w:p w14:paraId="7D50DEA7" w14:textId="77777777" w:rsidR="00F21896" w:rsidRDefault="00000000">
      <w:r>
        <w:rPr>
          <w:b/>
        </w:rPr>
        <w:t>List of Areas of GenAI Use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F21896" w14:paraId="77266DD2" w14:textId="77777777">
        <w:tc>
          <w:tcPr>
            <w:tcW w:w="4320" w:type="dxa"/>
          </w:tcPr>
          <w:p w14:paraId="227A94E5" w14:textId="77777777" w:rsidR="00F21896" w:rsidRDefault="00000000">
            <w:r>
              <w:t>Area of Use</w:t>
            </w:r>
          </w:p>
        </w:tc>
        <w:tc>
          <w:tcPr>
            <w:tcW w:w="4320" w:type="dxa"/>
          </w:tcPr>
          <w:p w14:paraId="53AEE224" w14:textId="77777777" w:rsidR="00F21896" w:rsidRDefault="00000000">
            <w:r>
              <w:t>Tools</w:t>
            </w:r>
          </w:p>
        </w:tc>
      </w:tr>
      <w:tr w:rsidR="00F21896" w14:paraId="0543D8A3" w14:textId="77777777">
        <w:tc>
          <w:tcPr>
            <w:tcW w:w="4320" w:type="dxa"/>
          </w:tcPr>
          <w:p w14:paraId="184FFCF7" w14:textId="77777777" w:rsidR="00F21896" w:rsidRDefault="00F21896"/>
        </w:tc>
        <w:tc>
          <w:tcPr>
            <w:tcW w:w="4320" w:type="dxa"/>
          </w:tcPr>
          <w:p w14:paraId="4FA843F4" w14:textId="77777777" w:rsidR="00F21896" w:rsidRDefault="00F21896"/>
        </w:tc>
      </w:tr>
      <w:tr w:rsidR="00F21896" w14:paraId="1725E9A9" w14:textId="77777777">
        <w:tc>
          <w:tcPr>
            <w:tcW w:w="4320" w:type="dxa"/>
          </w:tcPr>
          <w:p w14:paraId="16DA9566" w14:textId="77777777" w:rsidR="00F21896" w:rsidRDefault="00F21896"/>
        </w:tc>
        <w:tc>
          <w:tcPr>
            <w:tcW w:w="4320" w:type="dxa"/>
          </w:tcPr>
          <w:p w14:paraId="5AA215A9" w14:textId="77777777" w:rsidR="00F21896" w:rsidRDefault="00F21896"/>
        </w:tc>
      </w:tr>
      <w:tr w:rsidR="00F21896" w14:paraId="5597CCFC" w14:textId="77777777">
        <w:tc>
          <w:tcPr>
            <w:tcW w:w="4320" w:type="dxa"/>
          </w:tcPr>
          <w:p w14:paraId="2481B623" w14:textId="77777777" w:rsidR="00F21896" w:rsidRDefault="00F21896"/>
        </w:tc>
        <w:tc>
          <w:tcPr>
            <w:tcW w:w="4320" w:type="dxa"/>
          </w:tcPr>
          <w:p w14:paraId="1F3529F8" w14:textId="77777777" w:rsidR="00F21896" w:rsidRDefault="00F21896"/>
        </w:tc>
      </w:tr>
      <w:tr w:rsidR="00F21896" w14:paraId="12EBA4A4" w14:textId="77777777">
        <w:tc>
          <w:tcPr>
            <w:tcW w:w="4320" w:type="dxa"/>
          </w:tcPr>
          <w:p w14:paraId="3B9FBABC" w14:textId="77777777" w:rsidR="00F21896" w:rsidRDefault="00F21896"/>
        </w:tc>
        <w:tc>
          <w:tcPr>
            <w:tcW w:w="4320" w:type="dxa"/>
          </w:tcPr>
          <w:p w14:paraId="79CB9A4E" w14:textId="77777777" w:rsidR="00F21896" w:rsidRDefault="00F21896"/>
        </w:tc>
      </w:tr>
      <w:tr w:rsidR="00F21896" w14:paraId="06206804" w14:textId="77777777">
        <w:tc>
          <w:tcPr>
            <w:tcW w:w="4320" w:type="dxa"/>
          </w:tcPr>
          <w:p w14:paraId="7517D641" w14:textId="77777777" w:rsidR="00F21896" w:rsidRDefault="00F21896"/>
        </w:tc>
        <w:tc>
          <w:tcPr>
            <w:tcW w:w="4320" w:type="dxa"/>
          </w:tcPr>
          <w:p w14:paraId="2E838209" w14:textId="77777777" w:rsidR="00F21896" w:rsidRDefault="00F21896"/>
        </w:tc>
      </w:tr>
    </w:tbl>
    <w:p w14:paraId="49FA8EC2" w14:textId="77777777" w:rsidR="006D5E91" w:rsidRDefault="006D5E91" w:rsidP="006D5E91">
      <w:pPr>
        <w:jc w:val="right"/>
      </w:pPr>
    </w:p>
    <w:p w14:paraId="244325A4" w14:textId="2F75819F" w:rsidR="00F21896" w:rsidRDefault="00000000" w:rsidP="006D5E91">
      <w:pPr>
        <w:jc w:val="right"/>
      </w:pPr>
      <w:r>
        <w:br/>
        <w:t>…………………………………………….</w:t>
      </w:r>
    </w:p>
    <w:p w14:paraId="3F07C34B" w14:textId="77777777" w:rsidR="00F21896" w:rsidRDefault="00000000" w:rsidP="006D5E91">
      <w:pPr>
        <w:jc w:val="right"/>
      </w:pPr>
      <w:r>
        <w:t>(legible signature of the author)</w:t>
      </w:r>
    </w:p>
    <w:sectPr w:rsidR="00F2189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12746304">
    <w:abstractNumId w:val="8"/>
  </w:num>
  <w:num w:numId="2" w16cid:durableId="64958174">
    <w:abstractNumId w:val="6"/>
  </w:num>
  <w:num w:numId="3" w16cid:durableId="1546021078">
    <w:abstractNumId w:val="5"/>
  </w:num>
  <w:num w:numId="4" w16cid:durableId="1821575478">
    <w:abstractNumId w:val="4"/>
  </w:num>
  <w:num w:numId="5" w16cid:durableId="1584954213">
    <w:abstractNumId w:val="7"/>
  </w:num>
  <w:num w:numId="6" w16cid:durableId="700130623">
    <w:abstractNumId w:val="3"/>
  </w:num>
  <w:num w:numId="7" w16cid:durableId="150564884">
    <w:abstractNumId w:val="2"/>
  </w:num>
  <w:num w:numId="8" w16cid:durableId="1192501149">
    <w:abstractNumId w:val="1"/>
  </w:num>
  <w:num w:numId="9" w16cid:durableId="356856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6D5E91"/>
    <w:rsid w:val="006E09F3"/>
    <w:rsid w:val="00AA1D8D"/>
    <w:rsid w:val="00B47730"/>
    <w:rsid w:val="00CB0664"/>
    <w:rsid w:val="00F2189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8DF8C7"/>
  <w14:defaultImageDpi w14:val="300"/>
  <w15:docId w15:val="{B11F0B7B-30FB-4580-8B89-BDD53AB8A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Jakimowicz</dc:creator>
  <cp:keywords/>
  <dc:description>generated by python-docx</dc:description>
  <cp:lastModifiedBy>Marta Kościuk</cp:lastModifiedBy>
  <cp:revision>2</cp:revision>
  <dcterms:created xsi:type="dcterms:W3CDTF">2026-08-24T11:24:00Z</dcterms:created>
  <dcterms:modified xsi:type="dcterms:W3CDTF">2026-08-24T11:24:00Z</dcterms:modified>
  <cp:category/>
</cp:coreProperties>
</file>